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1113"/>
          <w:sz w:val="24"/>
        </w:rPr>
        <w:t>INDO MAIL</w:t>
      </w:r>
    </w:p>
    <w:p>
      <w:r>
        <w:rPr>
          <w:b/>
          <w:sz w:val="52"/>
        </w:rPr>
        <w:t>The complete guide to Indo Mail apps</w:t>
      </w:r>
    </w:p>
    <w:p>
      <w:r>
        <w:rPr>
          <w:color w:val="5F5757"/>
          <w:sz w:val="24"/>
        </w:rPr>
        <w:t>Step-by-step help for everyday life, study and work: set up your account, write mail, keep files, work on documents together, meet, and keep everything safe.</w:t>
      </w:r>
    </w:p>
    <w:p>
      <w:pPr>
        <w:pStyle w:val="Heading1"/>
      </w:pPr>
      <w:r>
        <w:t>What you will learn</w:t>
      </w:r>
    </w:p>
    <w:p>
      <w:pPr>
        <w:pStyle w:val="ListBullet"/>
      </w:pPr>
      <w:r>
        <w:t>Set up and protect your Indo Mail account</w:t>
      </w:r>
    </w:p>
    <w:p>
      <w:pPr>
        <w:pStyle w:val="ListBullet"/>
      </w:pPr>
      <w:r>
        <w:t>Use Indo Mail, Drive, Word, Sheets, Slides and Forms</w:t>
      </w:r>
    </w:p>
    <w:p>
      <w:pPr>
        <w:pStyle w:val="ListBullet"/>
      </w:pPr>
      <w:r>
        <w:t>Plan with Calendar and meet with Indo Meet and Teams</w:t>
      </w:r>
    </w:p>
    <w:p>
      <w:pPr>
        <w:pStyle w:val="ListBullet"/>
      </w:pPr>
      <w:r>
        <w:t>Use Maps, Photos, Translate and HexAI well</w:t>
      </w:r>
    </w:p>
    <w:p>
      <w:pPr>
        <w:pStyle w:val="ListBullet"/>
      </w:pPr>
      <w:r>
        <w:t>Back up your phone's photos, videos and contacts</w:t>
      </w:r>
    </w:p>
    <w:p>
      <w:pPr>
        <w:pStyle w:val="ListBullet"/>
      </w:pPr>
      <w:r>
        <w:t>Keep your account safe, fix common problems and follow a 7-day practice plan</w:t>
      </w:r>
    </w:p>
    <w:p>
      <w:pPr>
        <w:pStyle w:val="Heading1"/>
      </w:pPr>
      <w:r>
        <w:t>Contents</w:t>
      </w:r>
    </w:p>
    <w:p>
      <w:pPr>
        <w:spacing w:after="20"/>
      </w:pPr>
      <w:r>
        <w:t>1. Start here: your Indo Mail account</w:t>
      </w:r>
    </w:p>
    <w:p>
      <w:pPr>
        <w:spacing w:after="20"/>
      </w:pPr>
      <w:r>
        <w:t>2. Search</w:t>
      </w:r>
    </w:p>
    <w:p>
      <w:pPr>
        <w:spacing w:after="20"/>
      </w:pPr>
      <w:r>
        <w:t>3. Indo Mail</w:t>
      </w:r>
    </w:p>
    <w:p>
      <w:pPr>
        <w:spacing w:after="20"/>
      </w:pPr>
      <w:r>
        <w:t>4. Indo Drive</w:t>
      </w:r>
    </w:p>
    <w:p>
      <w:pPr>
        <w:spacing w:after="20"/>
      </w:pPr>
      <w:r>
        <w:t>5. Indo Word</w:t>
      </w:r>
    </w:p>
    <w:p>
      <w:pPr>
        <w:spacing w:after="20"/>
      </w:pPr>
      <w:r>
        <w:t>6. Indo Sheets</w:t>
      </w:r>
    </w:p>
    <w:p>
      <w:pPr>
        <w:spacing w:after="20"/>
      </w:pPr>
      <w:r>
        <w:t>7. Indo Slides</w:t>
      </w:r>
    </w:p>
    <w:p>
      <w:pPr>
        <w:spacing w:after="20"/>
      </w:pPr>
      <w:r>
        <w:t>8. Indo Forms</w:t>
      </w:r>
    </w:p>
    <w:p>
      <w:pPr>
        <w:spacing w:after="20"/>
      </w:pPr>
      <w:r>
        <w:t>9. Indo Calendar</w:t>
      </w:r>
    </w:p>
    <w:p>
      <w:pPr>
        <w:spacing w:after="20"/>
      </w:pPr>
      <w:r>
        <w:t>10. Indo Meet</w:t>
      </w:r>
    </w:p>
    <w:p>
      <w:pPr>
        <w:spacing w:after="20"/>
      </w:pPr>
      <w:r>
        <w:t>11. Indo Maps</w:t>
      </w:r>
    </w:p>
    <w:p>
      <w:pPr>
        <w:spacing w:after="20"/>
      </w:pPr>
      <w:r>
        <w:t>12. Indo Photos</w:t>
      </w:r>
    </w:p>
    <w:p>
      <w:pPr>
        <w:spacing w:after="20"/>
      </w:pPr>
      <w:r>
        <w:t>13. Indo Translate</w:t>
      </w:r>
    </w:p>
    <w:p>
      <w:pPr>
        <w:spacing w:after="20"/>
      </w:pPr>
      <w:r>
        <w:t>14. HexAI and AI tools</w:t>
      </w:r>
    </w:p>
    <w:p>
      <w:pPr>
        <w:spacing w:after="20"/>
      </w:pPr>
      <w:r>
        <w:t>15. Security, privacy and troubleshooting</w:t>
      </w:r>
    </w:p>
    <w:p>
      <w:pPr>
        <w:spacing w:after="20"/>
      </w:pPr>
      <w:r>
        <w:t>16. A 7-day practice plan</w:t>
      </w:r>
    </w:p>
    <w:p>
      <w:pPr>
        <w:spacing w:after="20"/>
      </w:pPr>
      <w:r>
        <w:t>17. Back up your photos, videos and contacts</w:t>
      </w:r>
    </w:p>
    <w:p>
      <w:pPr>
        <w:spacing w:after="20"/>
      </w:pPr>
      <w:r>
        <w:t>18. Quick links</w:t>
      </w:r>
    </w:p>
    <w:p>
      <w:r>
        <w:br w:type="page"/>
      </w:r>
    </w:p>
    <w:p>
      <w:pPr>
        <w:pStyle w:val="Heading1"/>
      </w:pPr>
      <w:r>
        <w:t>1. Start here: your Indo Mail account</w:t>
      </w:r>
    </w:p>
    <w:p>
      <w:r>
        <w:t>One Indo Mail account signs you in to Mail, Drive, Word, Sheets, Slides, Forms, Calendar, Meet, Photos and every other Indo app.</w:t>
      </w:r>
    </w:p>
    <w:p>
      <w:pPr>
        <w:pStyle w:val="Heading2"/>
      </w:pPr>
      <w:r>
        <w:t>Create or open your account</w:t>
      </w:r>
    </w:p>
    <w:p>
      <w:pPr>
        <w:tabs>
          <w:tab w:pos="425" w:val="left"/>
        </w:tabs>
        <w:spacing w:after="60"/>
        <w:ind w:left="425" w:hanging="425"/>
      </w:pPr>
      <w:r>
        <w:t>1.</w:t>
        <w:tab/>
        <w:t>Open indoemail.in/signup in your browser.</w:t>
      </w:r>
    </w:p>
    <w:p>
      <w:pPr>
        <w:tabs>
          <w:tab w:pos="425" w:val="left"/>
        </w:tabs>
        <w:spacing w:after="60"/>
        <w:ind w:left="425" w:hanging="425"/>
      </w:pPr>
      <w:r>
        <w:t>2.</w:t>
        <w:tab/>
        <w:t>Choose your address. It ends in @indoemail.in and cannot be changed later.</w:t>
      </w:r>
    </w:p>
    <w:p>
      <w:pPr>
        <w:tabs>
          <w:tab w:pos="425" w:val="left"/>
        </w:tabs>
        <w:spacing w:after="60"/>
        <w:ind w:left="425" w:hanging="425"/>
      </w:pPr>
      <w:r>
        <w:t>3.</w:t>
        <w:tab/>
        <w:t>Enter your own name and add a clear photo of your face. Every new address needs both.</w:t>
      </w:r>
    </w:p>
    <w:p>
      <w:pPr>
        <w:tabs>
          <w:tab w:pos="425" w:val="left"/>
        </w:tabs>
        <w:spacing w:after="60"/>
        <w:ind w:left="425" w:hanging="425"/>
      </w:pPr>
      <w:r>
        <w:t>4.</w:t>
        <w:tab/>
        <w:t>Pick a strong password you do not use anywhere else, and add a recovery email or phone number.</w:t>
      </w:r>
    </w:p>
    <w:p>
      <w:pPr>
        <w:tabs>
          <w:tab w:pos="425" w:val="left"/>
        </w:tabs>
        <w:spacing w:after="60"/>
        <w:ind w:left="425" w:hanging="425"/>
      </w:pPr>
      <w:r>
        <w:t>5.</w:t>
        <w:tab/>
        <w:t>Turn on 2-Step Verification in Settings so a stolen password is not enough to get in.</w:t>
      </w:r>
    </w:p>
    <w:p>
      <w:r>
        <w:rPr>
          <w:b/>
          <w:color w:val="7B1113"/>
        </w:rPr>
        <w:t xml:space="preserve">Tip: </w:t>
      </w:r>
      <w:r>
        <w:t>Open Indo Shield from the apps button to see your security score and which devices are signed in.</w:t>
      </w:r>
    </w:p>
    <w:p>
      <w:r>
        <w:rPr>
          <w:color w:val="5F5757"/>
          <w:sz w:val="19"/>
        </w:rPr>
        <w:t>More help: Account and security help (indoemail.in/help-centre#account); Indo Shield (indoemail.in/app/shield)</w:t>
      </w:r>
    </w:p>
    <w:p>
      <w:pPr>
        <w:pStyle w:val="Heading1"/>
      </w:pPr>
      <w:r>
        <w:t>2. Search</w:t>
      </w:r>
    </w:p>
    <w:p>
      <w:r>
        <w:t>The search box at the top of Indo Mail finds mail, people and files. Each app also has its own search.</w:t>
      </w:r>
    </w:p>
    <w:p>
      <w:pPr>
        <w:pStyle w:val="Heading2"/>
      </w:pPr>
      <w:r>
        <w:t>Find what you need</w:t>
      </w:r>
    </w:p>
    <w:p>
      <w:pPr>
        <w:tabs>
          <w:tab w:pos="425" w:val="left"/>
        </w:tabs>
        <w:spacing w:after="60"/>
        <w:ind w:left="425" w:hanging="425"/>
      </w:pPr>
      <w:r>
        <w:t>1.</w:t>
        <w:tab/>
        <w:t>Click the search box and type a few clear words, such as a name or a subject.</w:t>
      </w:r>
    </w:p>
    <w:p>
      <w:pPr>
        <w:tabs>
          <w:tab w:pos="425" w:val="left"/>
        </w:tabs>
        <w:spacing w:after="60"/>
        <w:ind w:left="425" w:hanging="425"/>
      </w:pPr>
      <w:r>
        <w:t>2.</w:t>
        <w:tab/>
        <w:t>Press Enter, then narrow the results with the filters that appear.</w:t>
      </w:r>
    </w:p>
    <w:p>
      <w:pPr>
        <w:tabs>
          <w:tab w:pos="425" w:val="left"/>
        </w:tabs>
        <w:spacing w:after="60"/>
        <w:ind w:left="425" w:hanging="425"/>
      </w:pPr>
      <w:r>
        <w:t>3.</w:t>
        <w:tab/>
        <w:t>In Indo Photos, search by words, by month or by year. In Drive, search by file name.</w:t>
      </w:r>
    </w:p>
    <w:p>
      <w:pPr>
        <w:pStyle w:val="Heading2"/>
      </w:pPr>
      <w:r>
        <w:t>Good habits</w:t>
      </w:r>
    </w:p>
    <w:p>
      <w:pPr>
        <w:pStyle w:val="ListBullet"/>
      </w:pPr>
      <w:r>
        <w:t>Add a detail such as a date, a company or an invoice number to narrow the results.</w:t>
      </w:r>
    </w:p>
    <w:p>
      <w:pPr>
        <w:pStyle w:val="ListBullet"/>
      </w:pPr>
      <w:r>
        <w:t>Be careful with search results on the wider web: check who published a page and when.</w:t>
      </w:r>
    </w:p>
    <w:p>
      <w:pPr>
        <w:pStyle w:val="Heading1"/>
      </w:pPr>
      <w:r>
        <w:t>3. Indo Mail</w:t>
      </w:r>
    </w:p>
    <w:p>
      <w:r>
        <w:t>Send and receive email, attach files, search your inbox and organise messages with labels and filters.</w:t>
      </w:r>
    </w:p>
    <w:p>
      <w:pPr>
        <w:pStyle w:val="Heading2"/>
      </w:pPr>
      <w:r>
        <w:t>Send an email</w:t>
      </w:r>
    </w:p>
    <w:p>
      <w:pPr>
        <w:tabs>
          <w:tab w:pos="425" w:val="left"/>
        </w:tabs>
        <w:spacing w:after="60"/>
        <w:ind w:left="425" w:hanging="425"/>
      </w:pPr>
      <w:r>
        <w:t>1.</w:t>
        <w:tab/>
        <w:t>Open indoemail.in and sign in.</w:t>
      </w:r>
    </w:p>
    <w:p>
      <w:pPr>
        <w:tabs>
          <w:tab w:pos="425" w:val="left"/>
        </w:tabs>
        <w:spacing w:after="60"/>
        <w:ind w:left="425" w:hanging="425"/>
      </w:pPr>
      <w:r>
        <w:t>2.</w:t>
        <w:tab/>
        <w:t>Click Compose.</w:t>
      </w:r>
    </w:p>
    <w:p>
      <w:pPr>
        <w:tabs>
          <w:tab w:pos="425" w:val="left"/>
        </w:tabs>
        <w:spacing w:after="60"/>
        <w:ind w:left="425" w:hanging="425"/>
      </w:pPr>
      <w:r>
        <w:t>3.</w:t>
        <w:tab/>
        <w:t>Type the person's address in To. Use Cc only when others should see the copy.</w:t>
      </w:r>
    </w:p>
    <w:p>
      <w:pPr>
        <w:tabs>
          <w:tab w:pos="425" w:val="left"/>
        </w:tabs>
        <w:spacing w:after="60"/>
        <w:ind w:left="425" w:hanging="425"/>
      </w:pPr>
      <w:r>
        <w:t>4.</w:t>
        <w:tab/>
        <w:t>Write a short, clear subject and your message.</w:t>
      </w:r>
    </w:p>
    <w:p>
      <w:pPr>
        <w:tabs>
          <w:tab w:pos="425" w:val="left"/>
        </w:tabs>
        <w:spacing w:after="60"/>
        <w:ind w:left="425" w:hanging="425"/>
      </w:pPr>
      <w:r>
        <w:t>5.</w:t>
        <w:tab/>
        <w:t>Click the paperclip to attach a file. Check the person and the attachment before you send.</w:t>
      </w:r>
    </w:p>
    <w:p>
      <w:pPr>
        <w:tabs>
          <w:tab w:pos="425" w:val="left"/>
        </w:tabs>
        <w:spacing w:after="60"/>
        <w:ind w:left="425" w:hanging="425"/>
      </w:pPr>
      <w:r>
        <w:t>6.</w:t>
        <w:tab/>
        <w:t>Click Send. You can undo for a few seconds, or schedule it for later from the arrow next to Send.</w:t>
      </w:r>
    </w:p>
    <w:p>
      <w:pPr>
        <w:pStyle w:val="Heading2"/>
      </w:pPr>
      <w:r>
        <w:t>Keep your inbox in order</w:t>
      </w:r>
    </w:p>
    <w:p>
      <w:pPr>
        <w:pStyle w:val="ListBullet"/>
      </w:pPr>
      <w:r>
        <w:t>Archive mail you want to keep but not see in the inbox.</w:t>
      </w:r>
    </w:p>
    <w:p>
      <w:pPr>
        <w:pStyle w:val="ListBullet"/>
      </w:pPr>
      <w:r>
        <w:t>Use labels to group mail by project or topic, and filters to sort new mail automatically.</w:t>
      </w:r>
    </w:p>
    <w:p>
      <w:pPr>
        <w:pStyle w:val="ListBullet"/>
      </w:pPr>
      <w:r>
        <w:t>Snooze a message to bring it back at a better time.</w:t>
      </w:r>
    </w:p>
    <w:p>
      <w:pPr>
        <w:pStyle w:val="ListBullet"/>
      </w:pPr>
      <w:r>
        <w:t>Report spam and phishing. Never open an attachment or link you did not expect.</w:t>
      </w:r>
    </w:p>
    <w:p>
      <w:r>
        <w:rPr>
          <w:color w:val="5F5757"/>
          <w:sz w:val="19"/>
        </w:rPr>
        <w:t>More help: Mail help (indoemail.in/help-centre#mail)</w:t>
      </w:r>
    </w:p>
    <w:p>
      <w:pPr>
        <w:pStyle w:val="Heading1"/>
      </w:pPr>
      <w:r>
        <w:t>4. Indo Drive</w:t>
      </w:r>
    </w:p>
    <w:p>
      <w:r>
        <w:t>Drive keeps your files safe online, so you can open them on any device and share them with care. Mail, Drive, Photos and Vault share one storage pool.</w:t>
      </w:r>
    </w:p>
    <w:p>
      <w:pPr>
        <w:pStyle w:val="Heading2"/>
      </w:pPr>
      <w:r>
        <w:t>Upload or create a file</w:t>
      </w:r>
    </w:p>
    <w:p>
      <w:pPr>
        <w:tabs>
          <w:tab w:pos="425" w:val="left"/>
        </w:tabs>
        <w:spacing w:after="60"/>
        <w:ind w:left="425" w:hanging="425"/>
      </w:pPr>
      <w:r>
        <w:t>1.</w:t>
        <w:tab/>
        <w:t>Open Indo Drive from the apps button.</w:t>
      </w:r>
    </w:p>
    <w:p>
      <w:pPr>
        <w:tabs>
          <w:tab w:pos="425" w:val="left"/>
        </w:tabs>
        <w:spacing w:after="60"/>
        <w:ind w:left="425" w:hanging="425"/>
      </w:pPr>
      <w:r>
        <w:t>2.</w:t>
        <w:tab/>
        <w:t>Click New.</w:t>
      </w:r>
    </w:p>
    <w:p>
      <w:pPr>
        <w:tabs>
          <w:tab w:pos="425" w:val="left"/>
        </w:tabs>
        <w:spacing w:after="60"/>
        <w:ind w:left="425" w:hanging="425"/>
      </w:pPr>
      <w:r>
        <w:t>3.</w:t>
        <w:tab/>
        <w:t>Choose New folder to organise, or upload files or a whole folder.</w:t>
      </w:r>
    </w:p>
    <w:p>
      <w:pPr>
        <w:tabs>
          <w:tab w:pos="425" w:val="left"/>
        </w:tabs>
        <w:spacing w:after="60"/>
        <w:ind w:left="425" w:hanging="425"/>
      </w:pPr>
      <w:r>
        <w:t>4.</w:t>
        <w:tab/>
        <w:t>To start a document, spreadsheet or presentation, choose it from the New menu.</w:t>
      </w:r>
    </w:p>
    <w:p>
      <w:pPr>
        <w:tabs>
          <w:tab w:pos="425" w:val="left"/>
        </w:tabs>
        <w:spacing w:after="60"/>
        <w:ind w:left="425" w:hanging="425"/>
      </w:pPr>
      <w:r>
        <w:t>5.</w:t>
        <w:tab/>
        <w:t>Give files clear names and keep them in folders so you can find them later.</w:t>
      </w:r>
    </w:p>
    <w:p>
      <w:pPr>
        <w:pStyle w:val="Heading2"/>
      </w:pPr>
      <w:r>
        <w:t>Share safely</w:t>
      </w:r>
    </w:p>
    <w:p>
      <w:pPr>
        <w:tabs>
          <w:tab w:pos="425" w:val="left"/>
        </w:tabs>
        <w:spacing w:after="60"/>
        <w:ind w:left="425" w:hanging="425"/>
      </w:pPr>
      <w:r>
        <w:t>1.</w:t>
        <w:tab/>
        <w:t>Select a file or folder and click Share.</w:t>
      </w:r>
    </w:p>
    <w:p>
      <w:pPr>
        <w:tabs>
          <w:tab w:pos="425" w:val="left"/>
        </w:tabs>
        <w:spacing w:after="60"/>
        <w:ind w:left="425" w:hanging="425"/>
      </w:pPr>
      <w:r>
        <w:t>2.</w:t>
        <w:tab/>
        <w:t>Type the person's email address.</w:t>
      </w:r>
    </w:p>
    <w:p>
      <w:pPr>
        <w:tabs>
          <w:tab w:pos="425" w:val="left"/>
        </w:tabs>
        <w:spacing w:after="60"/>
        <w:ind w:left="425" w:hanging="425"/>
      </w:pPr>
      <w:r>
        <w:t>3.</w:t>
        <w:tab/>
        <w:t>Choose whether they can only view or can edit.</w:t>
      </w:r>
    </w:p>
    <w:p>
      <w:pPr>
        <w:tabs>
          <w:tab w:pos="425" w:val="left"/>
        </w:tabs>
        <w:spacing w:after="60"/>
        <w:ind w:left="425" w:hanging="425"/>
      </w:pPr>
      <w:r>
        <w:t>4.</w:t>
        <w:tab/>
        <w:t>Before you copy a link, check who can open it. Turn a link off when it is no longer needed.</w:t>
      </w:r>
    </w:p>
    <w:p>
      <w:r>
        <w:rPr>
          <w:b/>
          <w:color w:val="7B1113"/>
        </w:rPr>
        <w:t xml:space="preserve">Tip: </w:t>
      </w:r>
      <w:r>
        <w:t>Do not make a file open to anyone with the link unless you really want that.</w:t>
      </w:r>
    </w:p>
    <w:p>
      <w:r>
        <w:rPr>
          <w:color w:val="5F5757"/>
          <w:sz w:val="19"/>
        </w:rPr>
        <w:t>More help: Upload files and folders (indoemail.in/help-centre#apps)</w:t>
      </w:r>
    </w:p>
    <w:p>
      <w:pPr>
        <w:pStyle w:val="Heading1"/>
      </w:pPr>
      <w:r>
        <w:t>5. Indo Word</w:t>
      </w:r>
    </w:p>
    <w:p>
      <w:r>
        <w:t>Indo Word is for letters, reports, notes and writing together. It saves as you type.</w:t>
      </w:r>
    </w:p>
    <w:p>
      <w:pPr>
        <w:tabs>
          <w:tab w:pos="425" w:val="left"/>
        </w:tabs>
        <w:spacing w:after="60"/>
        <w:ind w:left="425" w:hanging="425"/>
      </w:pPr>
      <w:r>
        <w:t>1.</w:t>
        <w:tab/>
        <w:t>Open Indo Word and choose a blank document or a template.</w:t>
      </w:r>
    </w:p>
    <w:p>
      <w:pPr>
        <w:tabs>
          <w:tab w:pos="425" w:val="left"/>
        </w:tabs>
        <w:spacing w:after="60"/>
        <w:ind w:left="425" w:hanging="425"/>
      </w:pPr>
      <w:r>
        <w:t>2.</w:t>
        <w:tab/>
        <w:t>Click the title at the top to rename it.</w:t>
      </w:r>
    </w:p>
    <w:p>
      <w:pPr>
        <w:tabs>
          <w:tab w:pos="425" w:val="left"/>
        </w:tabs>
        <w:spacing w:after="60"/>
        <w:ind w:left="425" w:hanging="425"/>
      </w:pPr>
      <w:r>
        <w:t>3.</w:t>
        <w:tab/>
        <w:t>Type your text. Use the toolbar for headings, lists, spacing and styles.</w:t>
      </w:r>
    </w:p>
    <w:p>
      <w:pPr>
        <w:tabs>
          <w:tab w:pos="425" w:val="left"/>
        </w:tabs>
        <w:spacing w:after="60"/>
        <w:ind w:left="425" w:hanging="425"/>
      </w:pPr>
      <w:r>
        <w:t>4.</w:t>
        <w:tab/>
        <w:t>Insert tables, pictures, links and page numbers.</w:t>
      </w:r>
    </w:p>
    <w:p>
      <w:pPr>
        <w:tabs>
          <w:tab w:pos="425" w:val="left"/>
        </w:tabs>
        <w:spacing w:after="60"/>
        <w:ind w:left="425" w:hanging="425"/>
      </w:pPr>
      <w:r>
        <w:t>5.</w:t>
        <w:tab/>
        <w:t>Use comments and suggestions when you review work with other people.</w:t>
      </w:r>
    </w:p>
    <w:p>
      <w:pPr>
        <w:tabs>
          <w:tab w:pos="425" w:val="left"/>
        </w:tabs>
        <w:spacing w:after="60"/>
        <w:ind w:left="425" w:hanging="425"/>
      </w:pPr>
      <w:r>
        <w:t>6.</w:t>
        <w:tab/>
        <w:t>Click Share to choose who can view or edit.</w:t>
      </w:r>
    </w:p>
    <w:p>
      <w:pPr>
        <w:tabs>
          <w:tab w:pos="425" w:val="left"/>
        </w:tabs>
        <w:spacing w:after="60"/>
        <w:ind w:left="425" w:hanging="425"/>
      </w:pPr>
      <w:r>
        <w:t>7.</w:t>
        <w:tab/>
        <w:t>To send a Word file, download it as .docx.</w:t>
      </w:r>
    </w:p>
    <w:p>
      <w:r>
        <w:rPr>
          <w:b/>
          <w:color w:val="7B1113"/>
        </w:rPr>
        <w:t xml:space="preserve">Tip: </w:t>
      </w:r>
      <w:r>
        <w:t>Use heading styles rather than only bold text. It makes long documents easy to navigate and read aloud.</w:t>
      </w:r>
    </w:p>
    <w:p>
      <w:pPr>
        <w:pStyle w:val="Heading1"/>
      </w:pPr>
      <w:r>
        <w:t>6. Indo Sheets</w:t>
      </w:r>
    </w:p>
    <w:p>
      <w:r>
        <w:t>Sheets is for lists, budgets, schedules and trackers, with formulas and charts.</w:t>
      </w:r>
    </w:p>
    <w:p>
      <w:pPr>
        <w:tabs>
          <w:tab w:pos="425" w:val="left"/>
        </w:tabs>
        <w:spacing w:after="60"/>
        <w:ind w:left="425" w:hanging="425"/>
      </w:pPr>
      <w:r>
        <w:t>1.</w:t>
        <w:tab/>
        <w:t>Open Indo Sheets and start a blank spreadsheet or a template.</w:t>
      </w:r>
    </w:p>
    <w:p>
      <w:pPr>
        <w:tabs>
          <w:tab w:pos="425" w:val="left"/>
        </w:tabs>
        <w:spacing w:after="60"/>
        <w:ind w:left="425" w:hanging="425"/>
      </w:pPr>
      <w:r>
        <w:t>2.</w:t>
        <w:tab/>
        <w:t>Put headings in the first row, such as Date, Task, Owner and Status.</w:t>
      </w:r>
    </w:p>
    <w:p>
      <w:pPr>
        <w:tabs>
          <w:tab w:pos="425" w:val="left"/>
        </w:tabs>
        <w:spacing w:after="60"/>
        <w:ind w:left="425" w:hanging="425"/>
      </w:pPr>
      <w:r>
        <w:t>3.</w:t>
        <w:tab/>
        <w:t>Keep one record per row and one kind of information per column.</w:t>
      </w:r>
    </w:p>
    <w:p>
      <w:pPr>
        <w:tabs>
          <w:tab w:pos="425" w:val="left"/>
        </w:tabs>
        <w:spacing w:after="60"/>
        <w:ind w:left="425" w:hanging="425"/>
      </w:pPr>
      <w:r>
        <w:t>4.</w:t>
        <w:tab/>
        <w:t>Select cells to format numbers, dates, borders or colours. Amounts can show the Indian way, in lakh and crore.</w:t>
      </w:r>
    </w:p>
    <w:p>
      <w:pPr>
        <w:tabs>
          <w:tab w:pos="425" w:val="left"/>
        </w:tabs>
        <w:spacing w:after="60"/>
        <w:ind w:left="425" w:hanging="425"/>
      </w:pPr>
      <w:r>
        <w:t>5.</w:t>
        <w:tab/>
        <w:t>Type a formula starting with =. For example, =SUM(B2:B10) adds the values in B2 to B10.</w:t>
      </w:r>
    </w:p>
    <w:p>
      <w:pPr>
        <w:tabs>
          <w:tab w:pos="425" w:val="left"/>
        </w:tabs>
        <w:spacing w:after="60"/>
        <w:ind w:left="425" w:hanging="425"/>
      </w:pPr>
      <w:r>
        <w:t>6.</w:t>
        <w:tab/>
        <w:t>Use filters to show only some rows, and add a chart to see the numbers.</w:t>
      </w:r>
    </w:p>
    <w:p>
      <w:pPr>
        <w:tabs>
          <w:tab w:pos="425" w:val="left"/>
        </w:tabs>
        <w:spacing w:after="60"/>
        <w:ind w:left="425" w:hanging="425"/>
      </w:pPr>
      <w:r>
        <w:t>7.</w:t>
        <w:tab/>
        <w:t>Rename the file and share it with the right people.</w:t>
      </w:r>
    </w:p>
    <w:p>
      <w:pPr>
        <w:pStyle w:val="Heading2"/>
      </w:pPr>
      <w:r>
        <w:t>Formulas to start with</w:t>
      </w:r>
    </w:p>
    <w:p>
      <w:pPr>
        <w:pStyle w:val="ListBullet"/>
      </w:pPr>
      <w:r>
        <w:t>=SUM(B2:B10) adds values.</w:t>
      </w:r>
    </w:p>
    <w:p>
      <w:pPr>
        <w:pStyle w:val="ListBullet"/>
      </w:pPr>
      <w:r>
        <w:t>=AVERAGE(B2:B10) gives the average.</w:t>
      </w:r>
    </w:p>
    <w:p>
      <w:pPr>
        <w:pStyle w:val="ListBullet"/>
      </w:pPr>
      <w:r>
        <w:t>=COUNT(B2:B10) counts cells with numbers.</w:t>
      </w:r>
    </w:p>
    <w:p>
      <w:pPr>
        <w:pStyle w:val="ListBullet"/>
      </w:pPr>
      <w:r>
        <w:t>=IF(C2="Done","Complete","Pending") shows a label based on a condition.</w:t>
      </w:r>
    </w:p>
    <w:p>
      <w:pPr>
        <w:pStyle w:val="Heading1"/>
      </w:pPr>
      <w:r>
        <w:t>7. Indo Slides</w:t>
      </w:r>
    </w:p>
    <w:p>
      <w:r>
        <w:t>Slides helps you make presentations for school, work, training and projects.</w:t>
      </w:r>
    </w:p>
    <w:p>
      <w:pPr>
        <w:tabs>
          <w:tab w:pos="425" w:val="left"/>
        </w:tabs>
        <w:spacing w:after="60"/>
        <w:ind w:left="425" w:hanging="425"/>
      </w:pPr>
      <w:r>
        <w:t>1.</w:t>
        <w:tab/>
        <w:t>Open Indo Slides and start a blank presentation or choose a template.</w:t>
      </w:r>
    </w:p>
    <w:p>
      <w:pPr>
        <w:tabs>
          <w:tab w:pos="425" w:val="left"/>
        </w:tabs>
        <w:spacing w:after="60"/>
        <w:ind w:left="425" w:hanging="425"/>
      </w:pPr>
      <w:r>
        <w:t>2.</w:t>
        <w:tab/>
        <w:t>Rename the presentation and pick a theme.</w:t>
      </w:r>
    </w:p>
    <w:p>
      <w:pPr>
        <w:tabs>
          <w:tab w:pos="425" w:val="left"/>
        </w:tabs>
        <w:spacing w:after="60"/>
        <w:ind w:left="425" w:hanging="425"/>
      </w:pPr>
      <w:r>
        <w:t>3.</w:t>
        <w:tab/>
        <w:t>Add slides with the plus button and choose a layout that fits.</w:t>
      </w:r>
    </w:p>
    <w:p>
      <w:pPr>
        <w:tabs>
          <w:tab w:pos="425" w:val="left"/>
        </w:tabs>
        <w:spacing w:after="60"/>
        <w:ind w:left="425" w:hanging="425"/>
      </w:pPr>
      <w:r>
        <w:t>4.</w:t>
        <w:tab/>
        <w:t>Keep one main idea on each slide, with readable text and pictures that help.</w:t>
      </w:r>
    </w:p>
    <w:p>
      <w:pPr>
        <w:tabs>
          <w:tab w:pos="425" w:val="left"/>
        </w:tabs>
        <w:spacing w:after="60"/>
        <w:ind w:left="425" w:hanging="425"/>
      </w:pPr>
      <w:r>
        <w:t>5.</w:t>
        <w:tab/>
        <w:t>Click Present to show it. Presenter view shows your notes and the next slide.</w:t>
      </w:r>
    </w:p>
    <w:p>
      <w:pPr>
        <w:tabs>
          <w:tab w:pos="425" w:val="left"/>
        </w:tabs>
        <w:spacing w:after="60"/>
        <w:ind w:left="425" w:hanging="425"/>
      </w:pPr>
      <w:r>
        <w:t>6.</w:t>
        <w:tab/>
        <w:t>Click Share to work on it together.</w:t>
      </w:r>
    </w:p>
    <w:p>
      <w:pPr>
        <w:pStyle w:val="Heading1"/>
      </w:pPr>
      <w:r>
        <w:t>8. Indo Forms</w:t>
      </w:r>
    </w:p>
    <w:p>
      <w:r>
        <w:t>Forms collects sign-ups, feedback, surveys, quizzes and orders.</w:t>
      </w:r>
    </w:p>
    <w:p>
      <w:pPr>
        <w:tabs>
          <w:tab w:pos="425" w:val="left"/>
        </w:tabs>
        <w:spacing w:after="60"/>
        <w:ind w:left="425" w:hanging="425"/>
      </w:pPr>
      <w:r>
        <w:t>1.</w:t>
        <w:tab/>
        <w:t>Open Indo Forms and start a blank form or a template.</w:t>
      </w:r>
    </w:p>
    <w:p>
      <w:pPr>
        <w:tabs>
          <w:tab w:pos="425" w:val="left"/>
        </w:tabs>
        <w:spacing w:after="60"/>
        <w:ind w:left="425" w:hanging="425"/>
      </w:pPr>
      <w:r>
        <w:t>2.</w:t>
        <w:tab/>
        <w:t>Give it a clear title and say what it is for.</w:t>
      </w:r>
    </w:p>
    <w:p>
      <w:pPr>
        <w:tabs>
          <w:tab w:pos="425" w:val="left"/>
        </w:tabs>
        <w:spacing w:after="60"/>
        <w:ind w:left="425" w:hanging="425"/>
      </w:pPr>
      <w:r>
        <w:t>3.</w:t>
        <w:tab/>
        <w:t>Add questions and pick the right type, such as a short answer, Choose one, Choose several, a star rating or a file upload.</w:t>
      </w:r>
    </w:p>
    <w:p>
      <w:pPr>
        <w:tabs>
          <w:tab w:pos="425" w:val="left"/>
        </w:tabs>
        <w:spacing w:after="60"/>
        <w:ind w:left="425" w:hanging="425"/>
      </w:pPr>
      <w:r>
        <w:t>4.</w:t>
        <w:tab/>
        <w:t>Make a question required only when you really need the answer.</w:t>
      </w:r>
    </w:p>
    <w:p>
      <w:pPr>
        <w:tabs>
          <w:tab w:pos="425" w:val="left"/>
        </w:tabs>
        <w:spacing w:after="60"/>
        <w:ind w:left="425" w:hanging="425"/>
      </w:pPr>
      <w:r>
        <w:t>5.</w:t>
        <w:tab/>
        <w:t>Open the form and try it yourself before you share it.</w:t>
      </w:r>
    </w:p>
    <w:p>
      <w:pPr>
        <w:tabs>
          <w:tab w:pos="425" w:val="left"/>
        </w:tabs>
        <w:spacing w:after="60"/>
        <w:ind w:left="425" w:hanging="425"/>
      </w:pPr>
      <w:r>
        <w:t>6.</w:t>
        <w:tab/>
        <w:t>Share the link, then open Responses to see the answers.</w:t>
      </w:r>
    </w:p>
    <w:p>
      <w:r>
        <w:rPr>
          <w:b/>
          <w:color w:val="7B1113"/>
        </w:rPr>
        <w:t xml:space="preserve">Tip: </w:t>
      </w:r>
      <w:r>
        <w:t>Ask only for what you need, tell people how their answers will be used, and do not collect sensitive details without a good reason.</w:t>
      </w:r>
    </w:p>
    <w:p>
      <w:pPr>
        <w:pStyle w:val="Heading1"/>
      </w:pPr>
      <w:r>
        <w:t>9. Indo Calendar</w:t>
      </w:r>
    </w:p>
    <w:p>
      <w:r>
        <w:t>Calendar keeps your events and reminders and sends invitations that work in every calendar app.</w:t>
      </w:r>
    </w:p>
    <w:p>
      <w:pPr>
        <w:tabs>
          <w:tab w:pos="425" w:val="left"/>
        </w:tabs>
        <w:spacing w:after="60"/>
        <w:ind w:left="425" w:hanging="425"/>
      </w:pPr>
      <w:r>
        <w:t>1.</w:t>
        <w:tab/>
        <w:t>Open Indo Calendar.</w:t>
      </w:r>
    </w:p>
    <w:p>
      <w:pPr>
        <w:tabs>
          <w:tab w:pos="425" w:val="left"/>
        </w:tabs>
        <w:spacing w:after="60"/>
        <w:ind w:left="425" w:hanging="425"/>
      </w:pPr>
      <w:r>
        <w:t>2.</w:t>
        <w:tab/>
        <w:t>Click Create, or click a day and time.</w:t>
      </w:r>
    </w:p>
    <w:p>
      <w:pPr>
        <w:tabs>
          <w:tab w:pos="425" w:val="left"/>
        </w:tabs>
        <w:spacing w:after="60"/>
        <w:ind w:left="425" w:hanging="425"/>
      </w:pPr>
      <w:r>
        <w:t>3.</w:t>
        <w:tab/>
        <w:t>Add a title, the date and time, and any details.</w:t>
      </w:r>
    </w:p>
    <w:p>
      <w:pPr>
        <w:tabs>
          <w:tab w:pos="425" w:val="left"/>
        </w:tabs>
        <w:spacing w:after="60"/>
        <w:ind w:left="425" w:hanging="425"/>
      </w:pPr>
      <w:r>
        <w:t>4.</w:t>
        <w:tab/>
        <w:t>Add guests only when they should come, and check the time zone.</w:t>
      </w:r>
    </w:p>
    <w:p>
      <w:pPr>
        <w:tabs>
          <w:tab w:pos="425" w:val="left"/>
        </w:tabs>
        <w:spacing w:after="60"/>
        <w:ind w:left="425" w:hanging="425"/>
      </w:pPr>
      <w:r>
        <w:t>5.</w:t>
        <w:tab/>
        <w:t>Set a reminder, then save.</w:t>
      </w:r>
    </w:p>
    <w:p>
      <w:pPr>
        <w:tabs>
          <w:tab w:pos="425" w:val="left"/>
        </w:tabs>
        <w:spacing w:after="60"/>
        <w:ind w:left="425" w:hanging="425"/>
      </w:pPr>
      <w:r>
        <w:t>6.</w:t>
        <w:tab/>
        <w:t>Use separate calendars or colours for personal, study and work plans.</w:t>
      </w:r>
    </w:p>
    <w:p>
      <w:pPr>
        <w:pStyle w:val="Heading1"/>
      </w:pPr>
      <w:r>
        <w:t>10. Indo Meet</w:t>
      </w:r>
    </w:p>
    <w:p>
      <w:r>
        <w:t>Video meetings in the browser and the Android app, for up to 50 people.</w:t>
      </w:r>
    </w:p>
    <w:p>
      <w:pPr>
        <w:pStyle w:val="Heading2"/>
      </w:pPr>
      <w:r>
        <w:t>Start or join a meeting</w:t>
      </w:r>
    </w:p>
    <w:p>
      <w:pPr>
        <w:tabs>
          <w:tab w:pos="425" w:val="left"/>
        </w:tabs>
        <w:spacing w:after="60"/>
        <w:ind w:left="425" w:hanging="425"/>
      </w:pPr>
      <w:r>
        <w:t>1.</w:t>
        <w:tab/>
        <w:t>Open Indo Meet from the apps button.</w:t>
      </w:r>
    </w:p>
    <w:p>
      <w:pPr>
        <w:tabs>
          <w:tab w:pos="425" w:val="left"/>
        </w:tabs>
        <w:spacing w:after="60"/>
        <w:ind w:left="425" w:hanging="425"/>
      </w:pPr>
      <w:r>
        <w:t>2.</w:t>
        <w:tab/>
        <w:t>Start a new meeting, or type a meeting code or paste a link to join.</w:t>
      </w:r>
    </w:p>
    <w:p>
      <w:pPr>
        <w:tabs>
          <w:tab w:pos="425" w:val="left"/>
        </w:tabs>
        <w:spacing w:after="60"/>
        <w:ind w:left="425" w:hanging="425"/>
      </w:pPr>
      <w:r>
        <w:t>3.</w:t>
        <w:tab/>
        <w:t>Check your microphone, camera and speaker before you join.</w:t>
      </w:r>
    </w:p>
    <w:p>
      <w:pPr>
        <w:tabs>
          <w:tab w:pos="425" w:val="left"/>
        </w:tabs>
        <w:spacing w:after="60"/>
        <w:ind w:left="425" w:hanging="425"/>
      </w:pPr>
      <w:r>
        <w:t>4.</w:t>
        <w:tab/>
        <w:t>In the call, use the buttons to mute, turn the camera on or off, raise your hand, react or present your screen.</w:t>
      </w:r>
    </w:p>
    <w:p>
      <w:pPr>
        <w:tabs>
          <w:tab w:pos="425" w:val="left"/>
        </w:tabs>
        <w:spacing w:after="60"/>
        <w:ind w:left="425" w:hanging="425"/>
      </w:pPr>
      <w:r>
        <w:t>5.</w:t>
        <w:tab/>
        <w:t>Leave when you are done. Share meeting links only with the people you invite.</w:t>
      </w:r>
    </w:p>
    <w:p>
      <w:pPr>
        <w:pStyle w:val="Heading2"/>
      </w:pPr>
      <w:r>
        <w:t>Tools in the call</w:t>
      </w:r>
    </w:p>
    <w:p>
      <w:pPr>
        <w:pStyle w:val="ListBullet"/>
      </w:pPr>
      <w:r>
        <w:t>Messages and quick polls: open the messages panel to chat or ask everyone a question.</w:t>
      </w:r>
    </w:p>
    <w:p>
      <w:pPr>
        <w:pStyle w:val="ListBullet"/>
      </w:pPr>
      <w:r>
        <w:t>Whiteboard: draw together; save the picture at the end.</w:t>
      </w:r>
    </w:p>
    <w:p>
      <w:pPr>
        <w:pStyle w:val="ListBullet"/>
      </w:pPr>
      <w:r>
        <w:t>Captions (the host turns them on): text of what people say, about 30 seconds behind, which each person can translate.</w:t>
      </w:r>
    </w:p>
    <w:p>
      <w:pPr>
        <w:pStyle w:val="ListBullet"/>
      </w:pPr>
      <w:r>
        <w:t>Breakout rooms (host): split the meeting into small rooms and bring everyone back later.</w:t>
      </w:r>
    </w:p>
    <w:p>
      <w:pPr>
        <w:pStyle w:val="ListBullet"/>
      </w:pPr>
      <w:r>
        <w:t>HexAI summary (host): a short summary with decisions and action items, emailed to everyone who joined.</w:t>
      </w:r>
    </w:p>
    <w:p>
      <w:r>
        <w:rPr>
          <w:color w:val="5F5757"/>
          <w:sz w:val="19"/>
        </w:rPr>
        <w:t>More help: Start or join a meeting (indoemail.in/help-centre#apps)</w:t>
      </w:r>
    </w:p>
    <w:p>
      <w:pPr>
        <w:pStyle w:val="Heading1"/>
      </w:pPr>
      <w:r>
        <w:t>11. Indo Maps</w:t>
      </w:r>
    </w:p>
    <w:p>
      <w:r>
        <w:t>Find places, get directions and save locations. Details can differ from place to place.</w:t>
      </w:r>
    </w:p>
    <w:p>
      <w:pPr>
        <w:tabs>
          <w:tab w:pos="425" w:val="left"/>
        </w:tabs>
        <w:spacing w:after="60"/>
        <w:ind w:left="425" w:hanging="425"/>
      </w:pPr>
      <w:r>
        <w:t>1.</w:t>
        <w:tab/>
        <w:t>Open Indo Maps.</w:t>
      </w:r>
    </w:p>
    <w:p>
      <w:pPr>
        <w:tabs>
          <w:tab w:pos="425" w:val="left"/>
        </w:tabs>
        <w:spacing w:after="60"/>
        <w:ind w:left="425" w:hanging="425"/>
      </w:pPr>
      <w:r>
        <w:t>2.</w:t>
        <w:tab/>
        <w:t>Type a place, business or address in the search box.</w:t>
      </w:r>
    </w:p>
    <w:p>
      <w:pPr>
        <w:tabs>
          <w:tab w:pos="425" w:val="left"/>
        </w:tabs>
        <w:spacing w:after="60"/>
        <w:ind w:left="425" w:hanging="425"/>
      </w:pPr>
      <w:r>
        <w:t>3.</w:t>
        <w:tab/>
        <w:t>Open a result to see its details.</w:t>
      </w:r>
    </w:p>
    <w:p>
      <w:pPr>
        <w:tabs>
          <w:tab w:pos="425" w:val="left"/>
        </w:tabs>
        <w:spacing w:after="60"/>
        <w:ind w:left="425" w:hanging="425"/>
      </w:pPr>
      <w:r>
        <w:t>4.</w:t>
        <w:tab/>
        <w:t>Click Directions and enter where you start and where you are going.</w:t>
      </w:r>
    </w:p>
    <w:p>
      <w:pPr>
        <w:tabs>
          <w:tab w:pos="425" w:val="left"/>
        </w:tabs>
        <w:spacing w:after="60"/>
        <w:ind w:left="425" w:hanging="425"/>
      </w:pPr>
      <w:r>
        <w:t>5.</w:t>
        <w:tab/>
        <w:t>Choose how you travel and check the route before you leave.</w:t>
      </w:r>
    </w:p>
    <w:p>
      <w:r>
        <w:rPr>
          <w:b/>
          <w:color w:val="7B1113"/>
        </w:rPr>
        <w:t xml:space="preserve">Tip: </w:t>
      </w:r>
      <w:r>
        <w:t>Map details can be out of date. Check local conditions and rules on the way.</w:t>
      </w:r>
    </w:p>
    <w:p>
      <w:pPr>
        <w:pStyle w:val="Heading1"/>
      </w:pPr>
      <w:r>
        <w:t>12. Indo Photos</w:t>
      </w:r>
    </w:p>
    <w:p>
      <w:r>
        <w:t>Indo Photos keeps your photos and videos private, organised and backed up when you turn on backup.</w:t>
      </w:r>
    </w:p>
    <w:p>
      <w:pPr>
        <w:tabs>
          <w:tab w:pos="425" w:val="left"/>
        </w:tabs>
        <w:spacing w:after="60"/>
        <w:ind w:left="425" w:hanging="425"/>
      </w:pPr>
      <w:r>
        <w:t>1.</w:t>
        <w:tab/>
        <w:t>Open Indo Photos on the web or in the Indo Mail Android app.</w:t>
      </w:r>
    </w:p>
    <w:p>
      <w:pPr>
        <w:tabs>
          <w:tab w:pos="425" w:val="left"/>
        </w:tabs>
        <w:spacing w:after="60"/>
        <w:ind w:left="425" w:hanging="425"/>
      </w:pPr>
      <w:r>
        <w:t>2.</w:t>
        <w:tab/>
        <w:t>Make sure you are signed in to the right account.</w:t>
      </w:r>
    </w:p>
    <w:p>
      <w:pPr>
        <w:tabs>
          <w:tab w:pos="425" w:val="left"/>
        </w:tabs>
        <w:spacing w:after="60"/>
        <w:ind w:left="425" w:hanging="425"/>
      </w:pPr>
      <w:r>
        <w:t>3.</w:t>
        <w:tab/>
        <w:t>Review backup in Settings › Backup and sync before you turn it on, especially on mobile data.</w:t>
      </w:r>
    </w:p>
    <w:p>
      <w:pPr>
        <w:tabs>
          <w:tab w:pos="425" w:val="left"/>
        </w:tabs>
        <w:spacing w:after="60"/>
        <w:ind w:left="425" w:hanging="425"/>
      </w:pPr>
      <w:r>
        <w:t>4.</w:t>
        <w:tab/>
        <w:t>Use search, albums and favourites to organise your library.</w:t>
      </w:r>
    </w:p>
    <w:p>
      <w:pPr>
        <w:tabs>
          <w:tab w:pos="425" w:val="left"/>
        </w:tabs>
        <w:spacing w:after="60"/>
        <w:ind w:left="425" w:hanging="425"/>
      </w:pPr>
      <w:r>
        <w:t>5.</w:t>
        <w:tab/>
        <w:t>Before you delete anything, check what is selected and where it is stored.</w:t>
      </w:r>
    </w:p>
    <w:p>
      <w:pPr>
        <w:tabs>
          <w:tab w:pos="425" w:val="left"/>
        </w:tabs>
        <w:spacing w:after="60"/>
        <w:ind w:left="425" w:hanging="425"/>
      </w:pPr>
      <w:r>
        <w:t>6.</w:t>
        <w:tab/>
        <w:t>Share albums only with people you mean to.</w:t>
      </w:r>
    </w:p>
    <w:p>
      <w:r>
        <w:rPr>
          <w:color w:val="5F5757"/>
          <w:sz w:val="19"/>
        </w:rPr>
        <w:t>More help: Back up photos and videos, step by step (indoemail.in/backup-photos-and-videos)</w:t>
      </w:r>
    </w:p>
    <w:p>
      <w:pPr>
        <w:pStyle w:val="Heading1"/>
      </w:pPr>
      <w:r>
        <w:t>13. Indo Translate</w:t>
      </w:r>
    </w:p>
    <w:p>
      <w:r>
        <w:t>Translate text, documents and photos into 75 languages, including Indian languages.</w:t>
      </w:r>
    </w:p>
    <w:p>
      <w:pPr>
        <w:tabs>
          <w:tab w:pos="425" w:val="left"/>
        </w:tabs>
        <w:spacing w:after="60"/>
        <w:ind w:left="425" w:hanging="425"/>
      </w:pPr>
      <w:r>
        <w:t>1.</w:t>
        <w:tab/>
        <w:t>Open Indo Translate.</w:t>
      </w:r>
    </w:p>
    <w:p>
      <w:pPr>
        <w:tabs>
          <w:tab w:pos="425" w:val="left"/>
        </w:tabs>
        <w:spacing w:after="60"/>
        <w:ind w:left="425" w:hanging="425"/>
      </w:pPr>
      <w:r>
        <w:t>2.</w:t>
        <w:tab/>
        <w:t>Type or paste text, or upload a document or a photo.</w:t>
      </w:r>
    </w:p>
    <w:p>
      <w:pPr>
        <w:tabs>
          <w:tab w:pos="425" w:val="left"/>
        </w:tabs>
        <w:spacing w:after="60"/>
        <w:ind w:left="425" w:hanging="425"/>
      </w:pPr>
      <w:r>
        <w:t>3.</w:t>
        <w:tab/>
        <w:t>Choose the language you want.</w:t>
      </w:r>
    </w:p>
    <w:p>
      <w:pPr>
        <w:tabs>
          <w:tab w:pos="425" w:val="left"/>
        </w:tabs>
        <w:spacing w:after="60"/>
        <w:ind w:left="425" w:hanging="425"/>
      </w:pPr>
      <w:r>
        <w:t>4.</w:t>
        <w:tab/>
        <w:t>Check important translations with someone who knows the language.</w:t>
      </w:r>
    </w:p>
    <w:p>
      <w:pPr>
        <w:pStyle w:val="Heading1"/>
      </w:pPr>
      <w:r>
        <w:t>14. HexAI and AI tools</w:t>
      </w:r>
    </w:p>
    <w:p>
      <w:r>
        <w:t>HexAI helps you write, summarise, plan and find things in every Indo app.</w:t>
      </w:r>
    </w:p>
    <w:p>
      <w:pPr>
        <w:tabs>
          <w:tab w:pos="425" w:val="left"/>
        </w:tabs>
        <w:spacing w:after="60"/>
        <w:ind w:left="425" w:hanging="425"/>
      </w:pPr>
      <w:r>
        <w:t>1.</w:t>
        <w:tab/>
        <w:t>Click Ask HexAI, or open HexAI from the apps button.</w:t>
      </w:r>
    </w:p>
    <w:p>
      <w:pPr>
        <w:tabs>
          <w:tab w:pos="425" w:val="left"/>
        </w:tabs>
        <w:spacing w:after="60"/>
        <w:ind w:left="425" w:hanging="425"/>
      </w:pPr>
      <w:r>
        <w:t>2.</w:t>
        <w:tab/>
        <w:t>Say clearly what you want and the shape of the answer, such as a checklist, an outline or a short email.</w:t>
      </w:r>
    </w:p>
    <w:p>
      <w:pPr>
        <w:tabs>
          <w:tab w:pos="425" w:val="left"/>
        </w:tabs>
        <w:spacing w:after="60"/>
        <w:ind w:left="425" w:hanging="425"/>
      </w:pPr>
      <w:r>
        <w:t>3.</w:t>
        <w:tab/>
        <w:t>Read the answer carefully. Ask again for changes or a different format.</w:t>
      </w:r>
    </w:p>
    <w:p>
      <w:pPr>
        <w:tabs>
          <w:tab w:pos="425" w:val="left"/>
        </w:tabs>
        <w:spacing w:after="60"/>
        <w:ind w:left="425" w:hanging="425"/>
      </w:pPr>
      <w:r>
        <w:t>4.</w:t>
        <w:tab/>
        <w:t>Check important facts with reliable sources. AI can be wrong or out of date.</w:t>
      </w:r>
    </w:p>
    <w:p>
      <w:pPr>
        <w:tabs>
          <w:tab w:pos="425" w:val="left"/>
        </w:tabs>
        <w:spacing w:after="60"/>
        <w:ind w:left="425" w:hanging="425"/>
      </w:pPr>
      <w:r>
        <w:t>5.</w:t>
        <w:tab/>
        <w:t>Do not type passwords, codes or private records into a prompt.</w:t>
      </w:r>
    </w:p>
    <w:p>
      <w:pPr>
        <w:tabs>
          <w:tab w:pos="425" w:val="left"/>
        </w:tabs>
        <w:spacing w:after="60"/>
        <w:ind w:left="425" w:hanging="425"/>
      </w:pPr>
      <w:r>
        <w:t>6.</w:t>
        <w:tab/>
        <w:t>Follow your school's, workplace's and copyright rules when you use what HexAI writes.</w:t>
      </w:r>
    </w:p>
    <w:p>
      <w:r>
        <w:rPr>
          <w:b/>
          <w:color w:val="7B1113"/>
        </w:rPr>
        <w:t xml:space="preserve">Tip: </w:t>
      </w:r>
      <w:r>
        <w:t>Example: "Explain how to organise project files in Indo Drive. Give me a beginner checklist."</w:t>
      </w:r>
    </w:p>
    <w:p>
      <w:pPr>
        <w:pStyle w:val="Heading1"/>
      </w:pPr>
      <w:r>
        <w:t>15. Security, privacy and troubleshooting</w:t>
      </w:r>
    </w:p>
    <w:p>
      <w:r>
        <w:t>A few habits keep your account and files safe.</w:t>
      </w:r>
    </w:p>
    <w:p>
      <w:pPr>
        <w:pStyle w:val="Heading2"/>
      </w:pPr>
      <w:r>
        <w:t>Protect your account</w:t>
      </w:r>
    </w:p>
    <w:p>
      <w:pPr>
        <w:pStyle w:val="ListBullet"/>
      </w:pPr>
      <w:r>
        <w:t>Use a unique, strong password and turn on 2-Step Verification or a passkey.</w:t>
      </w:r>
    </w:p>
    <w:p>
      <w:pPr>
        <w:pStyle w:val="ListBullet"/>
      </w:pPr>
      <w:r>
        <w:t>Never share a code or password with anyone who contacts you. Indo Mail never asks for them by phone, WhatsApp or SMS.</w:t>
      </w:r>
    </w:p>
    <w:p>
      <w:pPr>
        <w:pStyle w:val="ListBullet"/>
      </w:pPr>
      <w:r>
        <w:t>Check the address bar shows indoemail.in before you sign in.</w:t>
      </w:r>
    </w:p>
    <w:p>
      <w:pPr>
        <w:pStyle w:val="ListBullet"/>
      </w:pPr>
      <w:r>
        <w:t>Be careful with urgent messages, prizes and attachments you did not expect.</w:t>
      </w:r>
    </w:p>
    <w:p>
      <w:pPr>
        <w:pStyle w:val="ListBullet"/>
      </w:pPr>
      <w:r>
        <w:t>Review signed-in devices and connected apps in Settings from time to time.</w:t>
      </w:r>
    </w:p>
    <w:p>
      <w:pPr>
        <w:pStyle w:val="ListBullet"/>
      </w:pPr>
      <w:r>
        <w:t>On a shared computer, sign out and do not save the password.</w:t>
      </w:r>
    </w:p>
    <w:p>
      <w:pPr>
        <w:pStyle w:val="Heading2"/>
      </w:pPr>
      <w:r>
        <w:t>Common problems, first steps</w:t>
      </w:r>
    </w:p>
    <w:p>
      <w:pPr>
        <w:pStyle w:val="ListBullet"/>
      </w:pPr>
      <w:r>
        <w:t>Cannot sign in: check the address, the keyboard language and your connection, then use account recovery.</w:t>
      </w:r>
    </w:p>
    <w:p>
      <w:pPr>
        <w:pStyle w:val="ListBullet"/>
      </w:pPr>
      <w:r>
        <w:t>Cannot find a file: search Drive by name, and check Shared with me and Trash.</w:t>
      </w:r>
    </w:p>
    <w:p>
      <w:pPr>
        <w:pStyle w:val="ListBullet"/>
      </w:pPr>
      <w:r>
        <w:t>Cannot share a file: check you are allowed to share it and your company's rules.</w:t>
      </w:r>
    </w:p>
    <w:p>
      <w:pPr>
        <w:pStyle w:val="ListBullet"/>
      </w:pPr>
      <w:r>
        <w:t>A page will not load: check the connection, reload, update the browser or the app.</w:t>
      </w:r>
    </w:p>
    <w:p>
      <w:pPr>
        <w:pStyle w:val="ListBullet"/>
      </w:pPr>
      <w:r>
        <w:t>Storage is nearly full: open Indo Cloud to see what uses space and free some up.</w:t>
      </w:r>
    </w:p>
    <w:p>
      <w:pPr>
        <w:pStyle w:val="ListBullet"/>
      </w:pPr>
      <w:r>
        <w:t>Something looks wrong with your account: open Indo Shield from a trusted device and follow the steps.</w:t>
      </w:r>
    </w:p>
    <w:p>
      <w:r>
        <w:rPr>
          <w:color w:val="5F5757"/>
          <w:sz w:val="19"/>
        </w:rPr>
        <w:t>More help: Troubleshooting (indoemail.in/help-centre#not-receiving); Security and encryption (indoemail.in/security)</w:t>
      </w:r>
    </w:p>
    <w:p>
      <w:pPr>
        <w:pStyle w:val="Heading1"/>
      </w:pPr>
      <w:r>
        <w:t>16. A 7-day practice plan</w:t>
      </w:r>
    </w:p>
    <w:p>
      <w:r>
        <w:t>Spend 15 to 30 minutes a day. Use sample information, not private details.</w:t>
      </w:r>
    </w:p>
    <w:tbl>
      <w:tblPr>
        <w:tblStyle w:val="LightGrid-Accent2"/>
        <w:tblW w:type="auto" w:w="0"/>
        <w:tblLook w:firstColumn="1" w:firstRow="1" w:lastColumn="0" w:lastRow="0" w:noHBand="0" w:noVBand="1" w:val="04A0"/>
      </w:tblPr>
      <w:tblGrid>
        <w:gridCol w:w="4873"/>
        <w:gridCol w:w="4873"/>
      </w:tblGrid>
      <w:tr>
        <w:tc>
          <w:tcPr>
            <w:tcW w:type="dxa" w:w="4873"/>
          </w:tcPr>
          <w:p>
            <w:r>
              <w:t>Day 1</w:t>
            </w:r>
          </w:p>
        </w:tc>
        <w:tc>
          <w:tcPr>
            <w:tcW w:type="dxa" w:w="4873"/>
          </w:tcPr>
          <w:p>
            <w:r>
              <w:t>Account and search: check your security settings and try five specific searches.</w:t>
            </w:r>
          </w:p>
        </w:tc>
      </w:tr>
      <w:tr>
        <w:tc>
          <w:tcPr>
            <w:tcW w:type="dxa" w:w="4873"/>
          </w:tcPr>
          <w:p>
            <w:r>
              <w:t>Day 2</w:t>
            </w:r>
          </w:p>
        </w:tc>
        <w:tc>
          <w:tcPr>
            <w:tcW w:type="dxa" w:w="4873"/>
          </w:tcPr>
          <w:p>
            <w:r>
              <w:t>Mail: write a draft, search your mail and make a label.</w:t>
            </w:r>
          </w:p>
        </w:tc>
      </w:tr>
      <w:tr>
        <w:tc>
          <w:tcPr>
            <w:tcW w:type="dxa" w:w="4873"/>
          </w:tcPr>
          <w:p>
            <w:r>
              <w:t>Day 3</w:t>
            </w:r>
          </w:p>
        </w:tc>
        <w:tc>
          <w:tcPr>
            <w:tcW w:type="dxa" w:w="4873"/>
          </w:tcPr>
          <w:p>
            <w:r>
              <w:t>Drive and Word: make a folder and a one-page document, then download it as .docx.</w:t>
            </w:r>
          </w:p>
        </w:tc>
      </w:tr>
      <w:tr>
        <w:tc>
          <w:tcPr>
            <w:tcW w:type="dxa" w:w="4873"/>
          </w:tcPr>
          <w:p>
            <w:r>
              <w:t>Day 4</w:t>
            </w:r>
          </w:p>
        </w:tc>
        <w:tc>
          <w:tcPr>
            <w:tcW w:type="dxa" w:w="4873"/>
          </w:tcPr>
          <w:p>
            <w:r>
              <w:t>Sheets: build a small task tracker and use SUM or COUNT on sample numbers.</w:t>
            </w:r>
          </w:p>
        </w:tc>
      </w:tr>
      <w:tr>
        <w:tc>
          <w:tcPr>
            <w:tcW w:type="dxa" w:w="4873"/>
          </w:tcPr>
          <w:p>
            <w:r>
              <w:t>Day 5</w:t>
            </w:r>
          </w:p>
        </w:tc>
        <w:tc>
          <w:tcPr>
            <w:tcW w:type="dxa" w:w="4873"/>
          </w:tcPr>
          <w:p>
            <w:r>
              <w:t>Slides and Forms: make a five-slide presentation and a short test form.</w:t>
            </w:r>
          </w:p>
        </w:tc>
      </w:tr>
      <w:tr>
        <w:tc>
          <w:tcPr>
            <w:tcW w:type="dxa" w:w="4873"/>
          </w:tcPr>
          <w:p>
            <w:r>
              <w:t>Day 6</w:t>
            </w:r>
          </w:p>
        </w:tc>
        <w:tc>
          <w:tcPr>
            <w:tcW w:type="dxa" w:w="4873"/>
          </w:tcPr>
          <w:p>
            <w:r>
              <w:t>Calendar and Meet: add a practice event and try the meeting settings without sharing private details.</w:t>
            </w:r>
          </w:p>
        </w:tc>
      </w:tr>
      <w:tr>
        <w:tc>
          <w:tcPr>
            <w:tcW w:type="dxa" w:w="4873"/>
          </w:tcPr>
          <w:p>
            <w:r>
              <w:t>Day 7</w:t>
            </w:r>
          </w:p>
        </w:tc>
        <w:tc>
          <w:tcPr>
            <w:tcW w:type="dxa" w:w="4873"/>
          </w:tcPr>
          <w:p>
            <w:r>
              <w:t>Review: check privacy settings, tidy your files and turn on phone backup.</w:t>
            </w:r>
          </w:p>
        </w:tc>
      </w:tr>
    </w:tbl>
    <w:p>
      <w:pPr>
        <w:pStyle w:val="Heading1"/>
      </w:pPr>
      <w:r>
        <w:t>17. Back up your photos, videos and contacts</w:t>
      </w:r>
    </w:p>
    <w:p>
      <w:r>
        <w:t>Turn on backup in the Indo Mail Android app and your phone's photos, videos and contacts are kept safe in your account, private to you unless you share them. You can open them on any device where you are signed in.</w:t>
      </w:r>
    </w:p>
    <w:p>
      <w:pPr>
        <w:pStyle w:val="Heading2"/>
      </w:pPr>
      <w:r>
        <w:t>Before you start</w:t>
      </w:r>
    </w:p>
    <w:p>
      <w:pPr>
        <w:tabs>
          <w:tab w:pos="425" w:val="left"/>
        </w:tabs>
        <w:spacing w:after="60"/>
        <w:ind w:left="425" w:hanging="425"/>
      </w:pPr>
      <w:r>
        <w:t>1.</w:t>
        <w:tab/>
        <w:t>Install the Indo Mail app (or the Indo Photos app) for Android from indoemail.in/get-apps and sign in to the account you want to use.</w:t>
      </w:r>
    </w:p>
    <w:p>
      <w:pPr>
        <w:tabs>
          <w:tab w:pos="425" w:val="left"/>
        </w:tabs>
        <w:spacing w:after="60"/>
        <w:ind w:left="425" w:hanging="425"/>
      </w:pPr>
      <w:r>
        <w:t>2.</w:t>
        <w:tab/>
        <w:t>You can back up to one Indo Mail account at a time on each phone.</w:t>
      </w:r>
    </w:p>
    <w:p>
      <w:pPr>
        <w:tabs>
          <w:tab w:pos="425" w:val="left"/>
        </w:tabs>
        <w:spacing w:after="60"/>
        <w:ind w:left="425" w:hanging="425"/>
      </w:pPr>
      <w:r>
        <w:t>3.</w:t>
        <w:tab/>
        <w:t>Check you have enough storage. Your free storage is shared by Mail, Drive and Photos.</w:t>
      </w:r>
    </w:p>
    <w:p>
      <w:pPr>
        <w:pStyle w:val="Heading2"/>
      </w:pPr>
      <w:r>
        <w:t>Step 1: Open Backup and sync</w:t>
      </w:r>
    </w:p>
    <w:p>
      <w:pPr>
        <w:tabs>
          <w:tab w:pos="425" w:val="left"/>
        </w:tabs>
        <w:spacing w:after="60"/>
        <w:ind w:left="425" w:hanging="425"/>
      </w:pPr>
      <w:r>
        <w:t>1.</w:t>
        <w:tab/>
        <w:t>In the app, open Settings.</w:t>
      </w:r>
    </w:p>
    <w:p>
      <w:pPr>
        <w:tabs>
          <w:tab w:pos="425" w:val="left"/>
        </w:tabs>
        <w:spacing w:after="60"/>
        <w:ind w:left="425" w:hanging="425"/>
      </w:pPr>
      <w:r>
        <w:t>2.</w:t>
        <w:tab/>
        <w:t>Tap Backup and sync.</w:t>
      </w:r>
    </w:p>
    <w:p>
      <w:pPr>
        <w:tabs>
          <w:tab w:pos="425" w:val="left"/>
        </w:tabs>
        <w:spacing w:after="60"/>
        <w:ind w:left="425" w:hanging="425"/>
      </w:pPr>
      <w:r>
        <w:t>3.</w:t>
        <w:tab/>
        <w:t>Tap Turn on backup.</w:t>
      </w:r>
    </w:p>
    <w:p>
      <w:pPr>
        <w:pStyle w:val="Heading2"/>
      </w:pPr>
      <w:r>
        <w:t>Step 2: Choose what to back up</w:t>
      </w:r>
    </w:p>
    <w:p>
      <w:pPr>
        <w:tabs>
          <w:tab w:pos="425" w:val="left"/>
        </w:tabs>
        <w:spacing w:after="60"/>
        <w:ind w:left="425" w:hanging="425"/>
      </w:pPr>
      <w:r>
        <w:t>1.</w:t>
        <w:tab/>
        <w:t>Photos: every folder in the phone's gallery, including the camera, screenshots and WhatsApp pictures.</w:t>
      </w:r>
    </w:p>
    <w:p>
      <w:pPr>
        <w:tabs>
          <w:tab w:pos="425" w:val="left"/>
        </w:tabs>
        <w:spacing w:after="60"/>
        <w:ind w:left="425" w:hanging="425"/>
      </w:pPr>
      <w:r>
        <w:t>2.</w:t>
        <w:tab/>
        <w:t>Videos: up to 5 GB each.</w:t>
      </w:r>
    </w:p>
    <w:p>
      <w:pPr>
        <w:tabs>
          <w:tab w:pos="425" w:val="left"/>
        </w:tabs>
        <w:spacing w:after="60"/>
        <w:ind w:left="425" w:hanging="425"/>
      </w:pPr>
      <w:r>
        <w:t>3.</w:t>
        <w:tab/>
        <w:t>Contacts: saved to Indo Contacts once a day.</w:t>
      </w:r>
    </w:p>
    <w:p>
      <w:pPr>
        <w:pStyle w:val="Heading2"/>
      </w:pPr>
      <w:r>
        <w:t>Step 3: Choose Wi-Fi or mobile data</w:t>
      </w:r>
    </w:p>
    <w:p>
      <w:pPr>
        <w:tabs>
          <w:tab w:pos="425" w:val="left"/>
        </w:tabs>
        <w:spacing w:after="60"/>
        <w:ind w:left="425" w:hanging="425"/>
      </w:pPr>
      <w:r>
        <w:t>1.</w:t>
        <w:tab/>
        <w:t>Leave Only on Wi-Fi on to save mobile data. This is the best choice for most people.</w:t>
      </w:r>
    </w:p>
    <w:p>
      <w:pPr>
        <w:tabs>
          <w:tab w:pos="425" w:val="left"/>
        </w:tabs>
        <w:spacing w:after="60"/>
        <w:ind w:left="425" w:hanging="425"/>
      </w:pPr>
      <w:r>
        <w:t>2.</w:t>
        <w:tab/>
        <w:t>Turn Only on Wi-Fi off if you also want backup on mobile data.</w:t>
      </w:r>
    </w:p>
    <w:p>
      <w:pPr>
        <w:pStyle w:val="Heading2"/>
      </w:pPr>
      <w:r>
        <w:t>Step 4: Allow access and check progress</w:t>
      </w:r>
    </w:p>
    <w:p>
      <w:pPr>
        <w:tabs>
          <w:tab w:pos="425" w:val="left"/>
        </w:tabs>
        <w:spacing w:after="60"/>
        <w:ind w:left="425" w:hanging="425"/>
      </w:pPr>
      <w:r>
        <w:t>1.</w:t>
        <w:tab/>
        <w:t>When Android asks, allow the app to see your photos, videos and contacts.</w:t>
      </w:r>
    </w:p>
    <w:p>
      <w:pPr>
        <w:tabs>
          <w:tab w:pos="425" w:val="left"/>
        </w:tabs>
        <w:spacing w:after="60"/>
        <w:ind w:left="425" w:hanging="425"/>
      </w:pPr>
      <w:r>
        <w:t>2.</w:t>
        <w:tab/>
        <w:t>Tap Back up now for the first backup, and keep the app open on Wi-Fi while it starts.</w:t>
      </w:r>
    </w:p>
    <w:p>
      <w:pPr>
        <w:tabs>
          <w:tab w:pos="425" w:val="left"/>
        </w:tabs>
        <w:spacing w:after="60"/>
        <w:ind w:left="425" w:hanging="425"/>
      </w:pPr>
      <w:r>
        <w:t>3.</w:t>
        <w:tab/>
        <w:t>New photos and videos are then added about every hour, never twice, and only when the battery is not low.</w:t>
      </w:r>
    </w:p>
    <w:p>
      <w:pPr>
        <w:tabs>
          <w:tab w:pos="425" w:val="left"/>
        </w:tabs>
        <w:spacing w:after="60"/>
        <w:ind w:left="425" w:hanging="425"/>
      </w:pPr>
      <w:r>
        <w:t>4.</w:t>
        <w:tab/>
        <w:t>Settings › Backup and sync shows how many photos and contacts have been added. Open Indo Photos or indoemail.in/app/photos to see them.</w:t>
      </w:r>
    </w:p>
    <w:p>
      <w:pPr>
        <w:pStyle w:val="Heading2"/>
      </w:pPr>
      <w:r>
        <w:t>Step 5: If backup stops</w:t>
      </w:r>
    </w:p>
    <w:p>
      <w:pPr>
        <w:tabs>
          <w:tab w:pos="425" w:val="left"/>
        </w:tabs>
        <w:spacing w:after="60"/>
        <w:ind w:left="425" w:hanging="425"/>
      </w:pPr>
      <w:r>
        <w:t>1.</w:t>
        <w:tab/>
        <w:t>Open the phone's Settings › Apps › Indo Mail (or Indo Photos) › Permissions and allow Photos and videos (and Contacts if you back them up).</w:t>
      </w:r>
    </w:p>
    <w:p>
      <w:pPr>
        <w:tabs>
          <w:tab w:pos="425" w:val="left"/>
        </w:tabs>
        <w:spacing w:after="60"/>
        <w:ind w:left="425" w:hanging="425"/>
      </w:pPr>
      <w:r>
        <w:t>2.</w:t>
        <w:tab/>
        <w:t>In the same place, open Battery and allow background use (Unrestricted), if your phone offers it.</w:t>
      </w:r>
    </w:p>
    <w:p>
      <w:pPr>
        <w:tabs>
          <w:tab w:pos="425" w:val="left"/>
        </w:tabs>
        <w:spacing w:after="60"/>
        <w:ind w:left="425" w:hanging="425"/>
      </w:pPr>
      <w:r>
        <w:t>3.</w:t>
        <w:tab/>
        <w:t>Check your storage in Indo Cloud. Backup pauses when storage is full.</w:t>
      </w:r>
    </w:p>
    <w:p>
      <w:pPr>
        <w:tabs>
          <w:tab w:pos="425" w:val="left"/>
        </w:tabs>
        <w:spacing w:after="60"/>
        <w:ind w:left="425" w:hanging="425"/>
      </w:pPr>
      <w:r>
        <w:t>4.</w:t>
        <w:tab/>
        <w:t>Check Only on Wi-Fi: if it is on, backup waits for Wi-Fi.</w:t>
      </w:r>
    </w:p>
    <w:p>
      <w:pPr>
        <w:tabs>
          <w:tab w:pos="425" w:val="left"/>
        </w:tabs>
        <w:spacing w:after="60"/>
        <w:ind w:left="425" w:hanging="425"/>
      </w:pPr>
      <w:r>
        <w:t>5.</w:t>
        <w:tab/>
        <w:t>Open the app again and tap Back up now.</w:t>
      </w:r>
    </w:p>
    <w:p>
      <w:pPr>
        <w:pStyle w:val="Heading2"/>
      </w:pPr>
      <w:r>
        <w:t>Wi-Fi or mobile data?</w:t>
      </w:r>
    </w:p>
    <w:tbl>
      <w:tblPr>
        <w:tblStyle w:val="LightGrid-Accent2"/>
        <w:tblW w:type="auto" w:w="0"/>
        <w:tblLook w:firstColumn="1" w:firstRow="1" w:lastColumn="0" w:lastRow="0" w:noHBand="0" w:noVBand="1" w:val="04A0"/>
      </w:tblPr>
      <w:tblGrid>
        <w:gridCol w:w="4873"/>
        <w:gridCol w:w="4873"/>
      </w:tblGrid>
      <w:tr>
        <w:tc>
          <w:tcPr>
            <w:tcW w:type="dxa" w:w="4873"/>
          </w:tcPr>
          <w:p>
            <w:r>
              <w:t>Wi-Fi</w:t>
            </w:r>
          </w:p>
        </w:tc>
        <w:tc>
          <w:tcPr>
            <w:tcW w:type="dxa" w:w="4873"/>
          </w:tcPr>
          <w:p>
            <w:r>
              <w:t>Backs up and opens your photos on Wi-Fi alone.</w:t>
            </w:r>
          </w:p>
        </w:tc>
      </w:tr>
      <w:tr>
        <w:tc>
          <w:tcPr>
            <w:tcW w:type="dxa" w:w="4873"/>
          </w:tcPr>
          <w:p>
            <w:r>
              <w:t>Mobile data</w:t>
            </w:r>
          </w:p>
        </w:tc>
        <w:tc>
          <w:tcPr>
            <w:tcW w:type="dxa" w:w="4873"/>
          </w:tcPr>
          <w:p>
            <w:r>
              <w:t>Also works on mobile data alone, when Only on Wi-Fi is off.</w:t>
            </w:r>
          </w:p>
        </w:tc>
      </w:tr>
      <w:tr>
        <w:tc>
          <w:tcPr>
            <w:tcW w:type="dxa" w:w="4873"/>
          </w:tcPr>
          <w:p>
            <w:r>
              <w:t>Both together</w:t>
            </w:r>
          </w:p>
        </w:tc>
        <w:tc>
          <w:tcPr>
            <w:tcW w:type="dxa" w:w="4873"/>
          </w:tcPr>
          <w:p>
            <w:r>
              <w:t>Not needed.</w:t>
            </w:r>
          </w:p>
        </w:tc>
      </w:tr>
      <w:tr>
        <w:tc>
          <w:tcPr>
            <w:tcW w:type="dxa" w:w="4873"/>
          </w:tcPr>
          <w:p>
            <w:r>
              <w:t>Without internet</w:t>
            </w:r>
          </w:p>
        </w:tc>
        <w:tc>
          <w:tcPr>
            <w:tcW w:type="dxa" w:w="4873"/>
          </w:tcPr>
          <w:p>
            <w:r>
              <w:t>Photos on your phone still open in its gallery. Photos only in your account need a connection.</w:t>
            </w:r>
          </w:p>
        </w:tc>
      </w:tr>
    </w:tbl>
    <w:p>
      <w:r>
        <w:rPr>
          <w:b/>
          <w:color w:val="7B1113"/>
        </w:rPr>
        <w:t xml:space="preserve">Tip: </w:t>
      </w:r>
      <w:r>
        <w:t>Keep Only on Wi-Fi on, to save mobile data.</w:t>
      </w:r>
    </w:p>
    <w:p>
      <w:pPr>
        <w:pStyle w:val="Heading2"/>
      </w:pPr>
      <w:r>
        <w:t>What each Indo app keeps safe</w:t>
      </w:r>
    </w:p>
    <w:tbl>
      <w:tblPr>
        <w:tblStyle w:val="LightGrid-Accent2"/>
        <w:tblW w:type="auto" w:w="0"/>
        <w:tblLook w:firstColumn="1" w:firstRow="1" w:lastColumn="0" w:lastRow="0" w:noHBand="0" w:noVBand="1" w:val="04A0"/>
      </w:tblPr>
      <w:tblGrid>
        <w:gridCol w:w="3249"/>
        <w:gridCol w:w="3249"/>
        <w:gridCol w:w="3249"/>
      </w:tblGrid>
      <w:tr>
        <w:tc>
          <w:tcPr>
            <w:tcW w:type="dxa" w:w="3249"/>
          </w:tcPr>
          <w:p>
            <w:r>
              <w:t>App</w:t>
            </w:r>
          </w:p>
        </w:tc>
        <w:tc>
          <w:tcPr>
            <w:tcW w:type="dxa" w:w="3249"/>
          </w:tcPr>
          <w:p>
            <w:r>
              <w:t>What is saved</w:t>
            </w:r>
          </w:p>
        </w:tc>
        <w:tc>
          <w:tcPr>
            <w:tcW w:type="dxa" w:w="3249"/>
          </w:tcPr>
          <w:p>
            <w:r>
              <w:t>Where to set it</w:t>
            </w:r>
          </w:p>
        </w:tc>
      </w:tr>
      <w:tr>
        <w:tc>
          <w:tcPr>
            <w:tcW w:type="dxa" w:w="3249"/>
          </w:tcPr>
          <w:p>
            <w:r>
              <w:t>Indo Photos</w:t>
            </w:r>
          </w:p>
        </w:tc>
        <w:tc>
          <w:tcPr>
            <w:tcW w:type="dxa" w:w="3249"/>
          </w:tcPr>
          <w:p>
            <w:r>
              <w:t>Photos and videos</w:t>
            </w:r>
          </w:p>
        </w:tc>
        <w:tc>
          <w:tcPr>
            <w:tcW w:type="dxa" w:w="3249"/>
          </w:tcPr>
          <w:p>
            <w:r>
              <w:t>Indo Mail app › Settings › Backup and sync</w:t>
            </w:r>
          </w:p>
        </w:tc>
      </w:tr>
      <w:tr>
        <w:tc>
          <w:tcPr>
            <w:tcW w:type="dxa" w:w="3249"/>
          </w:tcPr>
          <w:p>
            <w:r>
              <w:t>Indo Contacts</w:t>
            </w:r>
          </w:p>
        </w:tc>
        <w:tc>
          <w:tcPr>
            <w:tcW w:type="dxa" w:w="3249"/>
          </w:tcPr>
          <w:p>
            <w:r>
              <w:t>Your phone's contacts</w:t>
            </w:r>
          </w:p>
        </w:tc>
        <w:tc>
          <w:tcPr>
            <w:tcW w:type="dxa" w:w="3249"/>
          </w:tcPr>
          <w:p>
            <w:r>
              <w:t>Indo Mail app › Settings › Backup and sync</w:t>
            </w:r>
          </w:p>
        </w:tc>
      </w:tr>
      <w:tr>
        <w:tc>
          <w:tcPr>
            <w:tcW w:type="dxa" w:w="3249"/>
          </w:tcPr>
          <w:p>
            <w:r>
              <w:t>Indo Mail</w:t>
            </w:r>
          </w:p>
        </w:tc>
        <w:tc>
          <w:tcPr>
            <w:tcW w:type="dxa" w:w="3249"/>
          </w:tcPr>
          <w:p>
            <w:r>
              <w:t>All your mail, automatically</w:t>
            </w:r>
          </w:p>
        </w:tc>
        <w:tc>
          <w:tcPr>
            <w:tcW w:type="dxa" w:w="3249"/>
          </w:tcPr>
          <w:p>
            <w:r>
              <w:t>Settings › Forwarding and mail apps, to use it in other mail apps</w:t>
            </w:r>
          </w:p>
        </w:tc>
      </w:tr>
      <w:tr>
        <w:tc>
          <w:tcPr>
            <w:tcW w:type="dxa" w:w="3249"/>
          </w:tcPr>
          <w:p>
            <w:r>
              <w:t>Indo Calendar</w:t>
            </w:r>
          </w:p>
        </w:tc>
        <w:tc>
          <w:tcPr>
            <w:tcW w:type="dxa" w:w="3249"/>
          </w:tcPr>
          <w:p>
            <w:r>
              <w:t>Events and reminders, automatically</w:t>
            </w:r>
          </w:p>
        </w:tc>
        <w:tc>
          <w:tcPr>
            <w:tcW w:type="dxa" w:w="3249"/>
          </w:tcPr>
          <w:p>
            <w:r>
              <w:t>Saved as you add them</w:t>
            </w:r>
          </w:p>
        </w:tc>
      </w:tr>
      <w:tr>
        <w:tc>
          <w:tcPr>
            <w:tcW w:type="dxa" w:w="3249"/>
          </w:tcPr>
          <w:p>
            <w:r>
              <w:t>Indo Drive, Word, Sheets and Slides</w:t>
            </w:r>
          </w:p>
        </w:tc>
        <w:tc>
          <w:tcPr>
            <w:tcW w:type="dxa" w:w="3249"/>
          </w:tcPr>
          <w:p>
            <w:r>
              <w:t>Files and documents</w:t>
            </w:r>
          </w:p>
        </w:tc>
        <w:tc>
          <w:tcPr>
            <w:tcW w:type="dxa" w:w="3249"/>
          </w:tcPr>
          <w:p>
            <w:r>
              <w:t>Saved as you work; upload files in Drive</w:t>
            </w:r>
          </w:p>
        </w:tc>
      </w:tr>
      <w:tr>
        <w:tc>
          <w:tcPr>
            <w:tcW w:type="dxa" w:w="3249"/>
          </w:tcPr>
          <w:p>
            <w:r>
              <w:t>Indo Notes</w:t>
            </w:r>
          </w:p>
        </w:tc>
        <w:tc>
          <w:tcPr>
            <w:tcW w:type="dxa" w:w="3249"/>
          </w:tcPr>
          <w:p>
            <w:r>
              <w:t>Notes and checklists</w:t>
            </w:r>
          </w:p>
        </w:tc>
        <w:tc>
          <w:tcPr>
            <w:tcW w:type="dxa" w:w="3249"/>
          </w:tcPr>
          <w:p>
            <w:r>
              <w:t>Saved as you type</w:t>
            </w:r>
          </w:p>
        </w:tc>
      </w:tr>
      <w:tr>
        <w:tc>
          <w:tcPr>
            <w:tcW w:type="dxa" w:w="3249"/>
          </w:tcPr>
          <w:p>
            <w:r>
              <w:t>Indo Passwords</w:t>
            </w:r>
          </w:p>
        </w:tc>
        <w:tc>
          <w:tcPr>
            <w:tcW w:type="dxa" w:w="3249"/>
          </w:tcPr>
          <w:p>
            <w:r>
              <w:t>Passwords, encrypted</w:t>
            </w:r>
          </w:p>
        </w:tc>
        <w:tc>
          <w:tcPr>
            <w:tcW w:type="dxa" w:w="3249"/>
          </w:tcPr>
          <w:p>
            <w:r>
              <w:t>Saved in your account</w:t>
            </w:r>
          </w:p>
        </w:tc>
      </w:tr>
      <w:tr>
        <w:tc>
          <w:tcPr>
            <w:tcW w:type="dxa" w:w="3249"/>
          </w:tcPr>
          <w:p>
            <w:r>
              <w:t>Indo Chat</w:t>
            </w:r>
          </w:p>
        </w:tc>
        <w:tc>
          <w:tcPr>
            <w:tcW w:type="dxa" w:w="3249"/>
          </w:tcPr>
          <w:p>
            <w:r>
              <w:t>End-to-end encrypted messages</w:t>
            </w:r>
          </w:p>
        </w:tc>
        <w:tc>
          <w:tcPr>
            <w:tcW w:type="dxa" w:w="3249"/>
          </w:tcPr>
          <w:p>
            <w:r>
              <w:t>Each device keeps its own key</w:t>
            </w:r>
          </w:p>
        </w:tc>
      </w:tr>
    </w:tbl>
    <w:p>
      <w:r>
        <w:t>Indo Mail does not copy everything on your phone automatically. Each app has its own settings, and backups count towards your storage.</w:t>
      </w:r>
    </w:p>
    <w:p>
      <w:r>
        <w:rPr>
          <w:b/>
          <w:color w:val="7B1113"/>
        </w:rPr>
        <w:t xml:space="preserve">Tip: </w:t>
      </w:r>
      <w:r>
        <w:t>Do not delete photos from your phone until you have checked they are in Indo Photos. Deleting a photo in Indo Photos does not delete it from your phone, and the other way round.</w:t>
      </w:r>
    </w:p>
    <w:p>
      <w:pPr>
        <w:pStyle w:val="Heading2"/>
      </w:pPr>
      <w:r>
        <w:t>Setup checklist</w:t>
      </w:r>
    </w:p>
    <w:p>
      <w:r>
        <w:t>☐  Indo Mail app installed and signed in</w:t>
      </w:r>
    </w:p>
    <w:p>
      <w:r>
        <w:t>☐  Backup turned on in Settings › Backup and sync</w:t>
      </w:r>
    </w:p>
    <w:p>
      <w:r>
        <w:t>☐  Photos, videos and contacts chosen</w:t>
      </w:r>
    </w:p>
    <w:p>
      <w:r>
        <w:t>☐  Only on Wi-Fi chosen (or off, if you want mobile data)</w:t>
      </w:r>
    </w:p>
    <w:p>
      <w:r>
        <w:t>☐  Android permissions allowed</w:t>
      </w:r>
    </w:p>
    <w:p>
      <w:r>
        <w:t>☐  Battery set to allow background use</w:t>
      </w:r>
    </w:p>
    <w:p>
      <w:r>
        <w:t>☐  Enough storage in Indo Cloud</w:t>
      </w:r>
    </w:p>
    <w:p>
      <w:r>
        <w:t>☐  Photos checked in Indo Photos before deleting anything from the phone</w:t>
      </w:r>
    </w:p>
    <w:p>
      <w:pPr>
        <w:pStyle w:val="Heading1"/>
      </w:pPr>
      <w:r>
        <w:t>18. Quick links</w:t>
      </w:r>
    </w:p>
    <w:p>
      <w:pPr>
        <w:pStyle w:val="ListBullet"/>
      </w:pPr>
      <w:r>
        <w:t>Indo Mail: indoemail.in/app/inbox</w:t>
      </w:r>
    </w:p>
    <w:p>
      <w:pPr>
        <w:pStyle w:val="ListBullet"/>
      </w:pPr>
      <w:r>
        <w:t>Indo Drive: indoemail.in/app/drive</w:t>
      </w:r>
    </w:p>
    <w:p>
      <w:pPr>
        <w:pStyle w:val="ListBullet"/>
      </w:pPr>
      <w:r>
        <w:t>Indo Word: indoemail.in/app/word</w:t>
      </w:r>
    </w:p>
    <w:p>
      <w:pPr>
        <w:pStyle w:val="ListBullet"/>
      </w:pPr>
      <w:r>
        <w:t>Indo Sheets: indoemail.in/app/sheets</w:t>
      </w:r>
    </w:p>
    <w:p>
      <w:pPr>
        <w:pStyle w:val="ListBullet"/>
      </w:pPr>
      <w:r>
        <w:t>Indo Slides: indoemail.in/app/slides</w:t>
      </w:r>
    </w:p>
    <w:p>
      <w:pPr>
        <w:pStyle w:val="ListBullet"/>
      </w:pPr>
      <w:r>
        <w:t>Indo Forms: indoemail.in/app/forms</w:t>
      </w:r>
    </w:p>
    <w:p>
      <w:pPr>
        <w:pStyle w:val="ListBullet"/>
      </w:pPr>
      <w:r>
        <w:t>Indo Calendar: indoemail.in/app/calendar</w:t>
      </w:r>
    </w:p>
    <w:p>
      <w:pPr>
        <w:pStyle w:val="ListBullet"/>
      </w:pPr>
      <w:r>
        <w:t>Indo Meet: indoemail.in/app/meet</w:t>
      </w:r>
    </w:p>
    <w:p>
      <w:pPr>
        <w:pStyle w:val="ListBullet"/>
      </w:pPr>
      <w:r>
        <w:t>Indo Teams: indoemail.in/app/teams</w:t>
      </w:r>
    </w:p>
    <w:p>
      <w:pPr>
        <w:pStyle w:val="ListBullet"/>
      </w:pPr>
      <w:r>
        <w:t>Indo Maps: indoemail.in/app/maps</w:t>
      </w:r>
    </w:p>
    <w:p>
      <w:pPr>
        <w:pStyle w:val="ListBullet"/>
      </w:pPr>
      <w:r>
        <w:t>Indo Photos: indoemail.in/app/photos</w:t>
      </w:r>
    </w:p>
    <w:p>
      <w:pPr>
        <w:pStyle w:val="ListBullet"/>
      </w:pPr>
      <w:r>
        <w:t>Indo Translate: indoemail.in/app/translate</w:t>
      </w:r>
    </w:p>
    <w:p>
      <w:pPr>
        <w:pStyle w:val="ListBullet"/>
      </w:pPr>
      <w:r>
        <w:t>HexAI: indoemail.in/app/hexai</w:t>
      </w:r>
    </w:p>
    <w:p>
      <w:pPr>
        <w:pStyle w:val="ListBullet"/>
      </w:pPr>
      <w:r>
        <w:t>Indo Shield: indoemail.in/app/shield</w:t>
      </w:r>
    </w:p>
    <w:p>
      <w:pPr>
        <w:pStyle w:val="ListBullet"/>
      </w:pPr>
      <w:r>
        <w:t>Settings › Backup and sync: indoemail.in/app/settings/backup</w:t>
      </w:r>
    </w:p>
    <w:p>
      <w:pPr>
        <w:pStyle w:val="ListBullet"/>
      </w:pPr>
      <w:r>
        <w:t>Help Centre: indoemail.in/help-centre</w:t>
      </w:r>
    </w:p>
    <w:p>
      <w:pPr>
        <w:pStyle w:val="ListBullet"/>
      </w:pPr>
      <w:r>
        <w:t>Get the apps: indoemail.in/get-apps</w:t>
      </w:r>
    </w:p>
    <w:p>
      <w:r>
        <w:rPr>
          <w:color w:val="5F5757"/>
        </w:rPr>
        <w:t>Indo apps keep improving, so a button may look a little different from this guide. Search the Help Centre at indoemail.in/help-centre for the latest steps. Never share your password or codes with anyone.</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5757"/>
        <w:sz w:val="17"/>
      </w:rPr>
      <w:t>Indo Mail · INDO CHATS PRIVATE LIMITED · indoemail.in/apps-guide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7B1113"/>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7B111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complete guide to Indo Mail apps</dc:title>
  <dc:subject/>
  <dc:creator>Indo Mail</dc:creator>
  <cp:keywords/>
  <dc:description>generated by python-docx</dc:description>
  <cp:lastModifiedBy/>
  <cp:revision>1</cp:revision>
  <dcterms:created xsi:type="dcterms:W3CDTF">2013-12-23T23:15:00Z</dcterms:created>
  <dcterms:modified xsi:type="dcterms:W3CDTF">2013-12-23T23:15:00Z</dcterms:modified>
  <cp:category/>
</cp:coreProperties>
</file>